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216"/>
        <w:gridCol w:w="7673"/>
      </w:tblGrid>
      <w:tr w:rsidR="00910CCE" w:rsidTr="009F0ED5">
        <w:tc>
          <w:tcPr>
            <w:tcW w:w="2216" w:type="dxa"/>
          </w:tcPr>
          <w:p w:rsidR="00910CCE" w:rsidRDefault="00910CCE" w:rsidP="009F0ED5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7836037D" wp14:editId="4B30CE91">
                  <wp:extent cx="1270000" cy="1270000"/>
                  <wp:effectExtent l="0" t="0" r="6350" b="6350"/>
                  <wp:docPr id="1" name="Picture 1" descr="Lambang Universitas Bengkulu" title="Lambang Universitas Bengkul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_unib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0000" cy="127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73" w:type="dxa"/>
          </w:tcPr>
          <w:p w:rsidR="00910CCE" w:rsidRDefault="00910CCE" w:rsidP="00910CC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PROGRAM STUDI S2 STATISTIKA FMIPA UNIB</w:t>
            </w:r>
          </w:p>
          <w:p w:rsidR="00910CCE" w:rsidRDefault="00910CCE" w:rsidP="00910CCE">
            <w:pPr>
              <w:jc w:val="center"/>
            </w:pPr>
            <w:r>
              <w:rPr>
                <w:b/>
                <w:sz w:val="28"/>
              </w:rPr>
              <w:t>PROPOSAL PENELITIAN TESIS</w:t>
            </w:r>
          </w:p>
          <w:p w:rsidR="00910CCE" w:rsidRDefault="00910CCE" w:rsidP="00910CCE">
            <w:pPr>
              <w:spacing w:after="160"/>
              <w:jc w:val="center"/>
              <w:rPr>
                <w:i/>
                <w:sz w:val="22"/>
              </w:rPr>
            </w:pPr>
            <w:r>
              <w:rPr>
                <w:i/>
                <w:sz w:val="22"/>
              </w:rPr>
              <w:t>Usulan Topik Penelitian</w:t>
            </w:r>
          </w:p>
          <w:tbl>
            <w:tblPr>
              <w:tblW w:w="7693" w:type="dxa"/>
              <w:tblLayout w:type="fixed"/>
              <w:tblLook w:val="04A0" w:firstRow="1" w:lastRow="0" w:firstColumn="1" w:lastColumn="0" w:noHBand="0" w:noVBand="1"/>
            </w:tblPr>
            <w:tblGrid>
              <w:gridCol w:w="2033"/>
              <w:gridCol w:w="5660"/>
            </w:tblGrid>
            <w:tr w:rsidR="00910CCE" w:rsidTr="009F0ED5">
              <w:tc>
                <w:tcPr>
                  <w:tcW w:w="2033" w:type="dx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  <w:vAlign w:val="center"/>
                </w:tcPr>
                <w:p w:rsidR="00910CCE" w:rsidRDefault="00910CCE" w:rsidP="00910CCE">
                  <w:pPr>
                    <w:spacing w:line="240" w:lineRule="auto"/>
                    <w:ind w:right="171"/>
                  </w:pPr>
                  <w:r>
                    <w:rPr>
                      <w:b/>
                    </w:rPr>
                    <w:t>Nama Mahasiswa</w:t>
                  </w:r>
                </w:p>
              </w:tc>
              <w:tc>
                <w:tcPr>
                  <w:tcW w:w="5660" w:type="dx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  <w:vAlign w:val="center"/>
                </w:tcPr>
                <w:p w:rsidR="00910CCE" w:rsidRDefault="00910CCE" w:rsidP="00910CCE">
                  <w:pPr>
                    <w:spacing w:line="240" w:lineRule="auto"/>
                    <w:ind w:right="171"/>
                  </w:pPr>
                  <w:r>
                    <w:t>:</w:t>
                  </w:r>
                  <w:r w:rsidR="009F0ED5">
                    <w:t xml:space="preserve">  </w:t>
                  </w:r>
                  <w:r>
                    <w:t>.......................................................................</w:t>
                  </w:r>
                  <w:r>
                    <w:t>................</w:t>
                  </w:r>
                </w:p>
              </w:tc>
            </w:tr>
            <w:tr w:rsidR="00910CCE" w:rsidTr="009F0ED5">
              <w:tc>
                <w:tcPr>
                  <w:tcW w:w="2033" w:type="dx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  <w:vAlign w:val="center"/>
                </w:tcPr>
                <w:p w:rsidR="00910CCE" w:rsidRDefault="00910CCE" w:rsidP="00910CCE">
                  <w:pPr>
                    <w:spacing w:line="240" w:lineRule="auto"/>
                    <w:ind w:right="171"/>
                  </w:pPr>
                  <w:r>
                    <w:rPr>
                      <w:b/>
                    </w:rPr>
                    <w:t>NIM</w:t>
                  </w:r>
                </w:p>
              </w:tc>
              <w:tc>
                <w:tcPr>
                  <w:tcW w:w="5660" w:type="dxa"/>
                  <w:tcMar>
                    <w:top w:w="80" w:type="dxa"/>
                    <w:left w:w="100" w:type="dxa"/>
                    <w:bottom w:w="80" w:type="dxa"/>
                    <w:right w:w="100" w:type="dxa"/>
                  </w:tcMar>
                  <w:vAlign w:val="center"/>
                </w:tcPr>
                <w:p w:rsidR="00910CCE" w:rsidRDefault="009F0ED5" w:rsidP="00910CCE">
                  <w:pPr>
                    <w:spacing w:line="240" w:lineRule="auto"/>
                    <w:ind w:right="171"/>
                  </w:pPr>
                  <w:r>
                    <w:t xml:space="preserve">:  </w:t>
                  </w:r>
                  <w:r w:rsidR="00910CCE">
                    <w:t>........................................................................</w:t>
                  </w:r>
                  <w:r w:rsidR="00910CCE">
                    <w:t>................</w:t>
                  </w:r>
                </w:p>
              </w:tc>
            </w:tr>
          </w:tbl>
          <w:p w:rsidR="00910CCE" w:rsidRPr="00910CCE" w:rsidRDefault="00910CCE" w:rsidP="00910CCE"/>
        </w:tc>
      </w:tr>
    </w:tbl>
    <w:p w:rsidR="00CC769F" w:rsidRDefault="00CC769F">
      <w:pPr>
        <w:spacing w:after="160"/>
        <w:jc w:val="center"/>
      </w:pPr>
    </w:p>
    <w:p w:rsidR="00CC769F" w:rsidRDefault="00512468">
      <w:pPr>
        <w:spacing w:before="100"/>
      </w:pPr>
      <w:r>
        <w:rPr>
          <w:b/>
          <w:sz w:val="22"/>
        </w:rPr>
        <w:t>1. Judul Penelitian</w:t>
      </w:r>
    </w:p>
    <w:p w:rsidR="00CC769F" w:rsidRDefault="00512468">
      <w:pPr>
        <w:spacing w:after="60"/>
      </w:pPr>
      <w:r>
        <w:t>.........</w:t>
      </w:r>
      <w:r>
        <w:t>...........................................................................................................................................</w:t>
      </w:r>
    </w:p>
    <w:p w:rsidR="00CC769F" w:rsidRDefault="00512468">
      <w:pPr>
        <w:spacing w:after="60"/>
      </w:pPr>
      <w:r>
        <w:t>....................................................................................................................</w:t>
      </w:r>
      <w:r>
        <w:t>................................</w:t>
      </w:r>
    </w:p>
    <w:p w:rsidR="00CC769F" w:rsidRDefault="00512468">
      <w:pPr>
        <w:spacing w:before="100"/>
      </w:pPr>
      <w:r>
        <w:rPr>
          <w:b/>
          <w:sz w:val="22"/>
        </w:rPr>
        <w:t>2. Latar Belakang</w:t>
      </w:r>
    </w:p>
    <w:p w:rsidR="00CC769F" w:rsidRDefault="00512468">
      <w:r>
        <w:rPr>
          <w:i/>
        </w:rPr>
        <w:t>Uraikan secara ringkas fenomena atau permasalahan penelitian, urgensi penelitian, keterbatasan penelitian terdahulu, dan pendekatan yang ditawarkan. Disarankan 2–3 paragraf.</w:t>
      </w:r>
    </w:p>
    <w:p w:rsidR="00CC769F" w:rsidRDefault="00512468">
      <w:pPr>
        <w:spacing w:after="60"/>
      </w:pPr>
      <w:r>
        <w:t>...............................</w:t>
      </w:r>
      <w:r>
        <w:t>.....................................................................................................................</w:t>
      </w:r>
    </w:p>
    <w:p w:rsidR="00CC769F" w:rsidRDefault="00512468">
      <w:pPr>
        <w:spacing w:after="60"/>
      </w:pPr>
      <w:r>
        <w:t>..........................................................................................................................................</w:t>
      </w:r>
      <w:r>
        <w:t>..........</w:t>
      </w:r>
    </w:p>
    <w:p w:rsidR="00CC769F" w:rsidRDefault="00512468">
      <w:pPr>
        <w:spacing w:after="60"/>
      </w:pPr>
      <w:r>
        <w:t>....................................................................................................................................................</w:t>
      </w:r>
    </w:p>
    <w:p w:rsidR="00CC769F" w:rsidRDefault="00512468">
      <w:pPr>
        <w:spacing w:before="100"/>
      </w:pPr>
      <w:r>
        <w:rPr>
          <w:b/>
          <w:sz w:val="22"/>
        </w:rPr>
        <w:t>3. Rumusan Masalah</w:t>
      </w:r>
    </w:p>
    <w:p w:rsidR="00CC769F" w:rsidRDefault="00512468">
      <w:r>
        <w:t xml:space="preserve">1. </w:t>
      </w:r>
      <w:r>
        <w:t>..............................................................................................................................................</w:t>
      </w:r>
    </w:p>
    <w:p w:rsidR="00CC769F" w:rsidRDefault="00512468">
      <w:r>
        <w:t>2. ..............................................................................................................</w:t>
      </w:r>
      <w:r>
        <w:t>................................</w:t>
      </w:r>
    </w:p>
    <w:p w:rsidR="00CC769F" w:rsidRDefault="00512468">
      <w:pPr>
        <w:spacing w:before="100"/>
      </w:pPr>
      <w:r>
        <w:rPr>
          <w:b/>
          <w:sz w:val="22"/>
        </w:rPr>
        <w:t>4. Tujuan Penelitian</w:t>
      </w:r>
    </w:p>
    <w:p w:rsidR="00CC769F" w:rsidRDefault="00512468">
      <w:r>
        <w:t>1. ..............................................................................................................................................</w:t>
      </w:r>
    </w:p>
    <w:p w:rsidR="00CC769F" w:rsidRDefault="00512468">
      <w:r>
        <w:t>2. .....................................................</w:t>
      </w:r>
      <w:r>
        <w:t>.........................................................................................</w:t>
      </w:r>
    </w:p>
    <w:p w:rsidR="00CC769F" w:rsidRDefault="00512468">
      <w:pPr>
        <w:spacing w:before="100"/>
      </w:pPr>
      <w:r>
        <w:rPr>
          <w:b/>
          <w:sz w:val="22"/>
        </w:rPr>
        <w:t>5. Kebaruan atau Kontribusi Penelitian</w:t>
      </w:r>
    </w:p>
    <w:p w:rsidR="00CC769F" w:rsidRDefault="00512468">
      <w:r>
        <w:rPr>
          <w:i/>
        </w:rPr>
        <w:t>Jelaskan unsur pembeda atau kontribusi penelitian dibandingkan penelitian sebelumnya, baik dari sisi metode, data, objek, maupu</w:t>
      </w:r>
      <w:r>
        <w:rPr>
          <w:i/>
        </w:rPr>
        <w:t>n pendekatan analisis.</w:t>
      </w:r>
    </w:p>
    <w:p w:rsidR="00CC769F" w:rsidRDefault="00512468">
      <w:pPr>
        <w:spacing w:after="60"/>
      </w:pPr>
      <w:r>
        <w:t>....................................................................................................................................................</w:t>
      </w:r>
    </w:p>
    <w:p w:rsidR="00CC769F" w:rsidRDefault="00512468">
      <w:pPr>
        <w:spacing w:after="60"/>
      </w:pPr>
      <w:r>
        <w:t>....................................................................................</w:t>
      </w:r>
      <w:r>
        <w:t>................................................................</w:t>
      </w:r>
    </w:p>
    <w:p w:rsidR="00CC769F" w:rsidRDefault="00512468">
      <w:pPr>
        <w:spacing w:after="60"/>
      </w:pPr>
      <w:r>
        <w:t>....................................................................................................................................................</w:t>
      </w:r>
    </w:p>
    <w:p w:rsidR="00CC769F" w:rsidRDefault="00512468">
      <w:pPr>
        <w:spacing w:before="100"/>
      </w:pPr>
      <w:r>
        <w:rPr>
          <w:b/>
          <w:sz w:val="22"/>
        </w:rPr>
        <w:t>6. Tinjauan Pustaka Singkat</w:t>
      </w:r>
    </w:p>
    <w:p w:rsidR="00CC769F" w:rsidRDefault="00512468">
      <w:r>
        <w:rPr>
          <w:i/>
        </w:rPr>
        <w:t xml:space="preserve">Ringkas teori </w:t>
      </w:r>
      <w:r>
        <w:rPr>
          <w:i/>
        </w:rPr>
        <w:t>utama dan minimal tiga penelitian terdahulu yang relevan sebagai dasar penelitian.</w:t>
      </w:r>
    </w:p>
    <w:p w:rsidR="00CC769F" w:rsidRDefault="00512468">
      <w:pPr>
        <w:spacing w:after="60"/>
      </w:pPr>
      <w:r>
        <w:t>....................................................................................................................................................</w:t>
      </w:r>
    </w:p>
    <w:p w:rsidR="00CC769F" w:rsidRDefault="00512468">
      <w:pPr>
        <w:spacing w:after="60"/>
      </w:pPr>
      <w:r>
        <w:t>........................</w:t>
      </w:r>
      <w:r>
        <w:t>............................................................................................................................</w:t>
      </w:r>
    </w:p>
    <w:p w:rsidR="00CC769F" w:rsidRDefault="00512468">
      <w:pPr>
        <w:spacing w:after="60"/>
      </w:pPr>
      <w:r>
        <w:t>...................................................................................................................................</w:t>
      </w:r>
      <w:r>
        <w:t>.................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360"/>
        <w:gridCol w:w="2361"/>
        <w:gridCol w:w="2361"/>
        <w:gridCol w:w="2361"/>
      </w:tblGrid>
      <w:tr w:rsidR="00CC769F">
        <w:trPr>
          <w:jc w:val="center"/>
        </w:trPr>
        <w:tc>
          <w:tcPr>
            <w:tcW w:w="243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pPr>
              <w:spacing w:after="0" w:line="240" w:lineRule="auto"/>
              <w:jc w:val="center"/>
            </w:pPr>
            <w:r>
              <w:rPr>
                <w:b/>
              </w:rPr>
              <w:t>Peneliti dan Tahun</w:t>
            </w:r>
          </w:p>
        </w:tc>
        <w:tc>
          <w:tcPr>
            <w:tcW w:w="243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pPr>
              <w:spacing w:after="0" w:line="240" w:lineRule="auto"/>
              <w:jc w:val="center"/>
            </w:pPr>
            <w:r>
              <w:rPr>
                <w:b/>
              </w:rPr>
              <w:t>Metode</w:t>
            </w:r>
          </w:p>
        </w:tc>
        <w:tc>
          <w:tcPr>
            <w:tcW w:w="243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pPr>
              <w:spacing w:after="0" w:line="240" w:lineRule="auto"/>
              <w:jc w:val="center"/>
            </w:pPr>
            <w:r>
              <w:rPr>
                <w:b/>
              </w:rPr>
              <w:t>Hasil Utama</w:t>
            </w:r>
          </w:p>
        </w:tc>
        <w:tc>
          <w:tcPr>
            <w:tcW w:w="2436" w:type="dxa"/>
            <w:shd w:val="clear" w:color="auto" w:fill="D9EAF7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pPr>
              <w:spacing w:after="0" w:line="240" w:lineRule="auto"/>
              <w:jc w:val="center"/>
            </w:pPr>
            <w:r>
              <w:rPr>
                <w:b/>
              </w:rPr>
              <w:t>Perbedaan Penelitian</w:t>
            </w:r>
          </w:p>
        </w:tc>
      </w:tr>
      <w:tr w:rsidR="00CC769F">
        <w:trPr>
          <w:jc w:val="center"/>
        </w:trPr>
        <w:tc>
          <w:tcPr>
            <w:tcW w:w="24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pPr>
              <w:spacing w:after="0" w:line="240" w:lineRule="auto"/>
            </w:pPr>
            <w:bookmarkStart w:id="0" w:name="_GoBack"/>
            <w:bookmarkEnd w:id="0"/>
            <w:r>
              <w:t>........................................</w:t>
            </w:r>
          </w:p>
        </w:tc>
        <w:tc>
          <w:tcPr>
            <w:tcW w:w="24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pPr>
              <w:spacing w:after="0" w:line="240" w:lineRule="auto"/>
            </w:pPr>
            <w:r>
              <w:t>........................................</w:t>
            </w:r>
          </w:p>
        </w:tc>
        <w:tc>
          <w:tcPr>
            <w:tcW w:w="24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pPr>
              <w:spacing w:after="0" w:line="240" w:lineRule="auto"/>
            </w:pPr>
            <w:r>
              <w:t>........................................</w:t>
            </w:r>
          </w:p>
        </w:tc>
        <w:tc>
          <w:tcPr>
            <w:tcW w:w="24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pPr>
              <w:spacing w:after="0" w:line="240" w:lineRule="auto"/>
            </w:pPr>
            <w:r>
              <w:t>........................................</w:t>
            </w:r>
          </w:p>
        </w:tc>
      </w:tr>
      <w:tr w:rsidR="00CC769F">
        <w:trPr>
          <w:jc w:val="center"/>
        </w:trPr>
        <w:tc>
          <w:tcPr>
            <w:tcW w:w="24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pPr>
              <w:spacing w:after="0" w:line="240" w:lineRule="auto"/>
            </w:pPr>
            <w:r>
              <w:t>........................................</w:t>
            </w:r>
          </w:p>
        </w:tc>
        <w:tc>
          <w:tcPr>
            <w:tcW w:w="24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pPr>
              <w:spacing w:after="0" w:line="240" w:lineRule="auto"/>
            </w:pPr>
            <w:r>
              <w:t>........................................</w:t>
            </w:r>
          </w:p>
        </w:tc>
        <w:tc>
          <w:tcPr>
            <w:tcW w:w="24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pPr>
              <w:spacing w:after="0" w:line="240" w:lineRule="auto"/>
            </w:pPr>
            <w:r>
              <w:t>........................................</w:t>
            </w:r>
          </w:p>
        </w:tc>
        <w:tc>
          <w:tcPr>
            <w:tcW w:w="24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pPr>
              <w:spacing w:after="0" w:line="240" w:lineRule="auto"/>
            </w:pPr>
            <w:r>
              <w:t>........................................</w:t>
            </w:r>
          </w:p>
        </w:tc>
      </w:tr>
      <w:tr w:rsidR="00CC769F">
        <w:trPr>
          <w:jc w:val="center"/>
        </w:trPr>
        <w:tc>
          <w:tcPr>
            <w:tcW w:w="24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pPr>
              <w:spacing w:after="0" w:line="240" w:lineRule="auto"/>
            </w:pPr>
            <w:r>
              <w:t>........................................</w:t>
            </w:r>
          </w:p>
        </w:tc>
        <w:tc>
          <w:tcPr>
            <w:tcW w:w="24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pPr>
              <w:spacing w:after="0" w:line="240" w:lineRule="auto"/>
            </w:pPr>
            <w:r>
              <w:t>........................................</w:t>
            </w:r>
          </w:p>
        </w:tc>
        <w:tc>
          <w:tcPr>
            <w:tcW w:w="24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pPr>
              <w:spacing w:after="0" w:line="240" w:lineRule="auto"/>
            </w:pPr>
            <w:r>
              <w:t>........................................</w:t>
            </w:r>
          </w:p>
        </w:tc>
        <w:tc>
          <w:tcPr>
            <w:tcW w:w="2436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pPr>
              <w:spacing w:after="0" w:line="240" w:lineRule="auto"/>
            </w:pPr>
            <w:r>
              <w:t>........................................</w:t>
            </w:r>
          </w:p>
        </w:tc>
      </w:tr>
    </w:tbl>
    <w:p w:rsidR="00CC769F" w:rsidRDefault="00512468">
      <w:r>
        <w:br w:type="page"/>
      </w:r>
    </w:p>
    <w:p w:rsidR="00CC769F" w:rsidRDefault="00512468">
      <w:pPr>
        <w:spacing w:before="100"/>
      </w:pPr>
      <w:r>
        <w:rPr>
          <w:b/>
          <w:sz w:val="22"/>
        </w:rPr>
        <w:lastRenderedPageBreak/>
        <w:t>7. Data dan Variabel Penelitian</w:t>
      </w:r>
      <w:r w:rsidR="009F0ED5">
        <w:rPr>
          <w:b/>
          <w:sz w:val="22"/>
        </w:rPr>
        <w:t xml:space="preserve"> (</w:t>
      </w:r>
      <w:r w:rsidR="009F0ED5" w:rsidRPr="009F0ED5">
        <w:rPr>
          <w:b/>
          <w:i/>
          <w:sz w:val="22"/>
        </w:rPr>
        <w:t>sesuaikan dengan penelitian yang dilakukan</w:t>
      </w:r>
      <w:r w:rsidR="009F0ED5">
        <w:rPr>
          <w:b/>
          <w:sz w:val="22"/>
        </w:rPr>
        <w:t>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575"/>
        <w:gridCol w:w="4868"/>
      </w:tblGrid>
      <w:tr w:rsidR="00CC769F">
        <w:trPr>
          <w:jc w:val="center"/>
        </w:trPr>
        <w:tc>
          <w:tcPr>
            <w:tcW w:w="4873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r>
              <w:rPr>
                <w:b/>
              </w:rPr>
              <w:t>Jenis data</w:t>
            </w:r>
          </w:p>
        </w:tc>
        <w:tc>
          <w:tcPr>
            <w:tcW w:w="48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r>
              <w:t>........................................................................................</w:t>
            </w:r>
          </w:p>
        </w:tc>
      </w:tr>
      <w:tr w:rsidR="00CC769F">
        <w:trPr>
          <w:jc w:val="center"/>
        </w:trPr>
        <w:tc>
          <w:tcPr>
            <w:tcW w:w="4873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r>
              <w:rPr>
                <w:b/>
              </w:rPr>
              <w:t>Sumber data</w:t>
            </w:r>
          </w:p>
        </w:tc>
        <w:tc>
          <w:tcPr>
            <w:tcW w:w="48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r>
              <w:t>........................................................................................</w:t>
            </w:r>
          </w:p>
        </w:tc>
      </w:tr>
      <w:tr w:rsidR="00CC769F">
        <w:trPr>
          <w:jc w:val="center"/>
        </w:trPr>
        <w:tc>
          <w:tcPr>
            <w:tcW w:w="4873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r>
              <w:rPr>
                <w:b/>
              </w:rPr>
              <w:t>Periode/Unit observasi</w:t>
            </w:r>
          </w:p>
        </w:tc>
        <w:tc>
          <w:tcPr>
            <w:tcW w:w="48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r>
              <w:t>........................................................................................</w:t>
            </w:r>
          </w:p>
        </w:tc>
      </w:tr>
      <w:tr w:rsidR="00CC769F">
        <w:trPr>
          <w:jc w:val="center"/>
        </w:trPr>
        <w:tc>
          <w:tcPr>
            <w:tcW w:w="4873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r>
              <w:rPr>
                <w:b/>
              </w:rPr>
              <w:t>Variabel respons</w:t>
            </w:r>
          </w:p>
        </w:tc>
        <w:tc>
          <w:tcPr>
            <w:tcW w:w="48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r>
              <w:t>........................................................................................</w:t>
            </w:r>
          </w:p>
        </w:tc>
      </w:tr>
      <w:tr w:rsidR="00CC769F">
        <w:trPr>
          <w:jc w:val="center"/>
        </w:trPr>
        <w:tc>
          <w:tcPr>
            <w:tcW w:w="4873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r>
              <w:rPr>
                <w:b/>
              </w:rPr>
              <w:t xml:space="preserve">Variabel </w:t>
            </w:r>
            <w:r w:rsidR="009F0ED5">
              <w:rPr>
                <w:b/>
              </w:rPr>
              <w:t>predictor</w:t>
            </w:r>
          </w:p>
        </w:tc>
        <w:tc>
          <w:tcPr>
            <w:tcW w:w="48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r>
              <w:t>........................................................................................</w:t>
            </w:r>
          </w:p>
        </w:tc>
      </w:tr>
      <w:tr w:rsidR="00CC769F">
        <w:trPr>
          <w:jc w:val="center"/>
        </w:trPr>
        <w:tc>
          <w:tcPr>
            <w:tcW w:w="4873" w:type="dxa"/>
            <w:shd w:val="clear" w:color="auto" w:fill="EAF2F8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r>
              <w:rPr>
                <w:b/>
              </w:rPr>
              <w:t>Objek/Wilayah penelitian</w:t>
            </w:r>
          </w:p>
        </w:tc>
        <w:tc>
          <w:tcPr>
            <w:tcW w:w="4873" w:type="dxa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:rsidR="00CC769F" w:rsidRDefault="00512468">
            <w:r>
              <w:t>................................</w:t>
            </w:r>
            <w:r>
              <w:t>........................................................</w:t>
            </w:r>
          </w:p>
        </w:tc>
      </w:tr>
    </w:tbl>
    <w:p w:rsidR="009F0ED5" w:rsidRDefault="009F0ED5">
      <w:pPr>
        <w:spacing w:before="100"/>
        <w:rPr>
          <w:b/>
          <w:sz w:val="22"/>
        </w:rPr>
      </w:pPr>
    </w:p>
    <w:p w:rsidR="00CC769F" w:rsidRDefault="00512468">
      <w:pPr>
        <w:spacing w:before="100"/>
      </w:pPr>
      <w:r>
        <w:rPr>
          <w:b/>
          <w:sz w:val="22"/>
        </w:rPr>
        <w:t>8. Metode Penelitian</w:t>
      </w:r>
    </w:p>
    <w:p w:rsidR="00CC769F" w:rsidRDefault="00512468">
      <w:r>
        <w:rPr>
          <w:i/>
        </w:rPr>
        <w:t>Jelaskan metode atau pendekatan analisis yang digunakan, alasan pemilihannya, serta tahapan penelitian secara ringkas.</w:t>
      </w:r>
    </w:p>
    <w:p w:rsidR="00CC769F" w:rsidRDefault="00512468">
      <w:pPr>
        <w:spacing w:after="60"/>
      </w:pPr>
      <w:r>
        <w:t>..........................................................</w:t>
      </w:r>
      <w:r>
        <w:t>..........................................................................................</w:t>
      </w:r>
    </w:p>
    <w:p w:rsidR="00CC769F" w:rsidRDefault="00512468">
      <w:pPr>
        <w:spacing w:after="60"/>
      </w:pPr>
      <w:r>
        <w:t>....................................................................................................................................................</w:t>
      </w:r>
    </w:p>
    <w:p w:rsidR="00CC769F" w:rsidRDefault="00512468">
      <w:pPr>
        <w:spacing w:after="60"/>
      </w:pPr>
      <w:r>
        <w:t>................</w:t>
      </w:r>
      <w:r>
        <w:t>....................................................................................................................................</w:t>
      </w:r>
    </w:p>
    <w:p w:rsidR="00CC769F" w:rsidRDefault="00512468">
      <w:pPr>
        <w:spacing w:before="100"/>
      </w:pPr>
      <w:r>
        <w:rPr>
          <w:b/>
          <w:sz w:val="22"/>
        </w:rPr>
        <w:t>9. Hasil yang Diharapkan</w:t>
      </w:r>
    </w:p>
    <w:p w:rsidR="00CC769F" w:rsidRDefault="00512468">
      <w:pPr>
        <w:spacing w:after="60"/>
      </w:pPr>
      <w:r>
        <w:t>..................................................................................................</w:t>
      </w:r>
      <w:r>
        <w:t>..................................................</w:t>
      </w:r>
    </w:p>
    <w:p w:rsidR="00CC769F" w:rsidRDefault="00512468">
      <w:pPr>
        <w:spacing w:after="60"/>
      </w:pPr>
      <w:r>
        <w:t>....................................................................................................................................................</w:t>
      </w:r>
    </w:p>
    <w:p w:rsidR="00CC769F" w:rsidRDefault="00512468">
      <w:pPr>
        <w:spacing w:before="100"/>
      </w:pPr>
      <w:r>
        <w:rPr>
          <w:b/>
          <w:sz w:val="22"/>
        </w:rPr>
        <w:t>10. Daftar Pustaka Sementara</w:t>
      </w:r>
    </w:p>
    <w:p w:rsidR="00CC769F" w:rsidRDefault="00512468">
      <w:r>
        <w:rPr>
          <w:i/>
        </w:rPr>
        <w:t>Cantumkan minimal lima refe</w:t>
      </w:r>
      <w:r>
        <w:rPr>
          <w:i/>
        </w:rPr>
        <w:t>rensi utama yang relevan dan mutakhir.</w:t>
      </w:r>
    </w:p>
    <w:p w:rsidR="00CC769F" w:rsidRDefault="00512468">
      <w:r>
        <w:t>1. ..............................................................................................................................................</w:t>
      </w:r>
    </w:p>
    <w:p w:rsidR="00CC769F" w:rsidRDefault="00512468">
      <w:r>
        <w:t>2. ....................................................................</w:t>
      </w:r>
      <w:r>
        <w:t>..........................................................................</w:t>
      </w:r>
    </w:p>
    <w:p w:rsidR="00CC769F" w:rsidRDefault="00512468">
      <w:r>
        <w:t>3. ..............................................................................................................................................</w:t>
      </w:r>
    </w:p>
    <w:p w:rsidR="00CC769F" w:rsidRDefault="00512468">
      <w:r>
        <w:t xml:space="preserve">4. </w:t>
      </w:r>
      <w:r>
        <w:t>..............................................................................................................................................</w:t>
      </w:r>
    </w:p>
    <w:p w:rsidR="00CC769F" w:rsidRDefault="00512468">
      <w:r>
        <w:t>5. ..............................................................................................................</w:t>
      </w:r>
      <w:r>
        <w:t>................................</w:t>
      </w:r>
    </w:p>
    <w:sectPr w:rsidR="00CC769F" w:rsidSect="00910CCE">
      <w:headerReference w:type="default" r:id="rId9"/>
      <w:footerReference w:type="default" r:id="rId10"/>
      <w:pgSz w:w="12240" w:h="15840"/>
      <w:pgMar w:top="1020" w:right="1750" w:bottom="1020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2468" w:rsidRDefault="00512468">
      <w:pPr>
        <w:spacing w:after="0" w:line="240" w:lineRule="auto"/>
      </w:pPr>
      <w:r>
        <w:separator/>
      </w:r>
    </w:p>
  </w:endnote>
  <w:endnote w:type="continuationSeparator" w:id="0">
    <w:p w:rsidR="00512468" w:rsidRDefault="005124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769F" w:rsidRPr="00910CCE" w:rsidRDefault="00910CCE">
    <w:pPr>
      <w:pStyle w:val="Footer"/>
      <w:jc w:val="center"/>
      <w:rPr>
        <w:i/>
        <w:u w:val="single"/>
      </w:rPr>
    </w:pPr>
    <w:r w:rsidRPr="00910CCE">
      <w:rPr>
        <w:i/>
        <w:sz w:val="18"/>
      </w:rPr>
      <w:t xml:space="preserve">Template </w:t>
    </w:r>
    <w:r w:rsidR="00512468" w:rsidRPr="00910CCE">
      <w:rPr>
        <w:i/>
        <w:sz w:val="18"/>
      </w:rPr>
      <w:t>Proposal Penelitian Tesis</w:t>
    </w:r>
    <w:r w:rsidRPr="00910CCE">
      <w:rPr>
        <w:i/>
        <w:sz w:val="18"/>
      </w:rPr>
      <w:t>-Prodi S2 Statistika</w:t>
    </w:r>
    <w:r>
      <w:rPr>
        <w:i/>
        <w:sz w:val="18"/>
      </w:rPr>
      <w:t>@2026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2468" w:rsidRDefault="00512468">
      <w:pPr>
        <w:spacing w:after="0" w:line="240" w:lineRule="auto"/>
      </w:pPr>
      <w:r>
        <w:separator/>
      </w:r>
    </w:p>
  </w:footnote>
  <w:footnote w:type="continuationSeparator" w:id="0">
    <w:p w:rsidR="00512468" w:rsidRDefault="005124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84833539"/>
      <w:docPartObj>
        <w:docPartGallery w:val="Page Numbers (Top of Page)"/>
        <w:docPartUnique/>
      </w:docPartObj>
    </w:sdtPr>
    <w:sdtEndPr>
      <w:rPr>
        <w:noProof/>
      </w:rPr>
    </w:sdtEndPr>
    <w:sdtContent>
      <w:p w:rsidR="009F0ED5" w:rsidRDefault="009F0ED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F0ED5" w:rsidRDefault="009F0E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12468"/>
    <w:rsid w:val="00910CCE"/>
    <w:rsid w:val="009F0ED5"/>
    <w:rsid w:val="00AA1D8D"/>
    <w:rsid w:val="00B47730"/>
    <w:rsid w:val="00CB0664"/>
    <w:rsid w:val="00CC769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3CA508"/>
  <w14:defaultImageDpi w14:val="300"/>
  <w15:docId w15:val="{62559C8E-2D1F-4E89-8873-86E41A425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  <w:pPr>
      <w:spacing w:after="40"/>
    </w:pPr>
    <w:rPr>
      <w:rFonts w:ascii="Times New Roman" w:eastAsia="Times New Roman" w:hAnsi="Times New Roman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B6FCDD-C810-452B-A44D-0B54FD230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911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ASUS</cp:lastModifiedBy>
  <cp:revision>2</cp:revision>
  <dcterms:created xsi:type="dcterms:W3CDTF">2013-12-23T23:15:00Z</dcterms:created>
  <dcterms:modified xsi:type="dcterms:W3CDTF">2026-07-31T17:27:00Z</dcterms:modified>
  <cp:category/>
</cp:coreProperties>
</file>